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 קריאה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 קריאה בסיסיים בשיר: דובר, בית, חזרה, מטפורה, אלוזיה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הכלים האלה בשירים שנלמדו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בהשראת תבנית שירית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הדמות שמדברת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או ביטוי שחוזרים כמה 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נקראו כמה שירים - בפתיחה ובעבודה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בשלב 'קריאה בקבוצות'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הדובר הוא דמות בתוך השיר, לא בהכרח המשורר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שמדבר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שחוזרת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(השוואה בלי מילת 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קוראת את השיר 'לו גנב הייתי'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ארגז הכלים לקריאת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בקבוצות וזיהוי אמצעים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יוצרת בתבנית 'לו ___ הייתי'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בתים קצרים בתבנית הנתונה, שימוש באמצעי אחד לפחות (דימוי/מטפורה), שפה ברורה ואישית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מקורי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שהדובר הוא דמות בתוך השיר, לא בהכרח המשורר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שוב את השיר 'לו גנב הייתי'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היוצרת כדאי לאפשר בחירה חופשית של נושא הבית כדי לעודד מעורבות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חנ״מ אפשר לצמצם את חלק ההתאמה לשלושה מושגים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 קריאה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על שירה הכרנו ארגז כלים לקריאת שיר – דובר, בית, חזרה, מטפורה ואלוזיה. בדף זה נתרגל את המושגים ונכתוב בעצמנו שני בתים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דובר  ·  לוין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זה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המשורר תמיד ובלי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הדמות שמדברת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הקורא שקורא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חזרה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חריזה בין שתי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או ביטוי שחוזרים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חלוקה לבתים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על שירה נקרא רק שיר אחד מתחילת השיעור ועד סופו.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בעבודה בקבוצות קיבלה שיר אחר מתוך יצירות של חלפי, אלתרמן ולוין.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בשיר הוא תמיד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בשיר הוא מי שמדבר, ולא תמיד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בעבודה בקבוצות כל קבוצה קיבלה שיר אחר מיצירות חלפי, אלתרמן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שחוזרת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שמדבר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שורות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בקבוצות וזיהוי אמצעים בשיר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כתיבה יוצרת בתבנית 'לו ___ הייתי'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ארגז הכלים לקריאת 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קוראת את השיר 'לו גנב הייתי'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בתים קצרים בתבנית 'לו ___ הייתי' (עבורכם או עבור מישהו אחר). נסו לכלול דימוי או מטפורה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'שיר הוא כמו...' (דימוי אחד)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שיר מהשיעור הייתם רוצים לקרוא שוב?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 קריאה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