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כלי קריאה בשירה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כלי קריאה בסיסיים בשיר: דובר, בית, חזרה, מטפורה, אלוזיה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הכלים האלה בשירים שנלמדו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יוצרת בהשראת תבנית שירית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הדמות שמדברת בשיר, לא בהכרח המשורר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מילה או ביטוי שחוזרים כמה פעמים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השוואה בין שני דברים בלי מילת 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רמז בתוך השיר ליצירה אחרת, כמו פסוק מהתנך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'לו גנב הייתי'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נקראו כמה שירים - בפתיחה ובעבודה בקבוצות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בשלב 'קריאה בקבוצות'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הדובר הוא דמות בתוך השיר, לא בהכרח המשורר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בשלב 'כרטיס יציאה'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התבקשו לכתוב רק שני בתים קצרים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אלוזיה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ימתקו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(מי שמדבר בשיר)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(קבוצת שורות בשיר)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(מילה שחוזרת כמה פעמים)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(השוואה בלי מילת השוואה)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(רמז ליצירה אחרת)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המורה קוראת את השיר 'לו גנב הייתי' פעמיים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הצגת ארגז הכלים לקריאת 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קריאה בקבוצות וזיהוי אמצעים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כתיבה יוצרת בתבנית 'לו ___ הייתי'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 בתים קצרים בתבנית הנתונה, שימוש באמצעי אחד לפחות (דימוי/מטפורה), שפה ברורה ואישית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דימוי משתמש במילת השוואה כמו 'כמו', מטפורה משווה ישירות בלי מילת השוואה; יש לתת דוגמה מתאימה לכל מושג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מקורי וברור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בחירה מנומקת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שהדובר הוא דמות בתוך השיר, לא בהכרח המשורר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שוב את השיר 'לו גנב הייתי' לפני תחילת הדף כדי לרענן 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היוצרת כדאי לאפשר בחירה חופשית של נושא הבית כדי לעודד מעורבות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למסלול חנ״מ אפשר לצמצם את חלק ההתאמה לשלושה מושגים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כלי קריאה בשירה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על שירה הכרנו ארגז כלים לקריאת שיר – דובר, בית, חזרה, מטפורה ואלוזיה. בדף זה נתרגל את המושגים ונכתוב בעצמנו שני בתים קצרים.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זה הדובר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המשורר תמיד ובלי יוצא מהכלל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הדמות שמדברת בשיר, לא בהכרח המשורר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הקורא שקורא את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עורך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חזרה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חריזה בין שתי 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או ביטוי שחוזרים כמה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חלוקה לבתים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רמז ליצירה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מטפורה?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השוואה עם המילה 'כמו'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השוואה בין שני דברים בלי מילת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 על אותה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השורה הראשונה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אלוזיה?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חריזה בין 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רמז בתוך השיר ליצירה אחרת, כמו פסוק מהתנך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חלוקה לבתים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הדמות המדברת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שיר הוקרא בכיתה פעמיים בתחילת השיעור?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של אלתרמן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'לו גנב הייתי'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של לוין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של חלפי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בשיעור על שירה נקרא רק שיר אחד מתחילת השיעור ועד סופו.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קבוצה בעבודה בקבוצות קיבלה שיר אחר מתוך יצירות של חלפי, אלתרמן ולוין.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 בשיר הוא תמיד המשורר 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בכרטיס היציאה התלמידים השלימו משפט עם דימוי לשיר.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בחלק הכתיבה היוצרת נכתב שיר ארוך בן עשרה בתים.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בשיר הוא מי שמדבר, ולא תמיד המשורר עצמו.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היא רמז בתוך השיר ליצירה אחרת, כמו פסוק מהתנך.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בעבודה בקבוצות כל קבוצה קיבלה שיר אחר מיצירות חלפי, אלתרמן או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הפסוק שהוצג כדוגמה לאלוזיה היה 'מים גנובים __________'.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דובר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מילה שחוזרת כמה פעמים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רמז ליצירה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השוואה בלי מילת השוואה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מטפורה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קבוצת שורות בשיר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אלוזיה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 שמדבר בשיר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יוצרת בתבנית 'לו ___ הייתי'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קוראת את השיר 'לו גנב הייתי' פעמיים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ארגז הכלים לקריאת שיר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בקבוצות וזיהוי אמצעים בשיר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בתים קצרים בתבנית 'לו ___ הייתי' (עבורכם או עבור מישהו אחר). נסו לכלול דימוי או מטפורה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דימוי למטפורה, והביאו דוגמה אחת משלכם לכל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'שיר הוא כמו...' (דימוי אחד)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שיר מהשיעור הייתם רוצים לקרוא שוב? 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דובר לבין משורר?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כלי קריאה בשירה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